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1: Place Value Detective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Use place-value clues to crack each case. Show any working in the margin.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160" w:before="0"/>
      </w:pPr>
      <w:r>
        <w:rPr>
          <w:b w:val="0"/>
          <w:i w:val="0"/>
          <w:sz w:val="22"/>
        </w:rPr>
        <w:t>Case 1.  I have 6 digits. My hundred-thousands digit is 5. My tens digit is 8. All my other digits are 0.  Who am I?  ____________________</w:t>
      </w:r>
    </w:p>
    <w:p>
      <w:pPr>
        <w:spacing w:after="60" w:before="0"/>
      </w:pPr>
      <w:r>
        <w:rPr>
          <w:b w:val="0"/>
          <w:i w:val="0"/>
          <w:sz w:val="22"/>
        </w:rPr>
        <w:t>Case 2.  Build the LARGEST 6-digit number using each of these digits once:  3, 9, 1, 6, 4, 0.</w:t>
      </w:r>
    </w:p>
    <w:p>
      <w:pPr>
        <w:spacing w:after="160" w:before="0"/>
      </w:pPr>
      <w:r>
        <w:rPr>
          <w:b w:val="0"/>
          <w:i w:val="0"/>
          <w:sz w:val="22"/>
        </w:rPr>
        <w:t>Answer:  ____________________</w:t>
      </w:r>
    </w:p>
    <w:p>
      <w:pPr>
        <w:spacing w:after="60" w:before="0"/>
      </w:pPr>
      <w:r>
        <w:rPr>
          <w:b w:val="0"/>
          <w:i w:val="0"/>
          <w:sz w:val="22"/>
        </w:rPr>
        <w:t>Case 3.  Build the SMALLEST 6-digit number using 3, 9, 1, 6, 4, 0 once each (no leading zero).</w:t>
      </w:r>
    </w:p>
    <w:p>
      <w:pPr>
        <w:spacing w:after="160" w:before="0"/>
      </w:pPr>
      <w:r>
        <w:rPr>
          <w:b w:val="0"/>
          <w:i w:val="0"/>
          <w:sz w:val="22"/>
        </w:rPr>
        <w:t>Answer:  ____________________</w:t>
      </w:r>
    </w:p>
    <w:p>
      <w:pPr>
        <w:spacing w:after="160" w:before="0"/>
      </w:pPr>
      <w:r>
        <w:rPr>
          <w:b w:val="0"/>
          <w:i w:val="0"/>
          <w:sz w:val="22"/>
        </w:rPr>
        <w:t>Case 4.  I am between 400 000 and 500 000. My thousands digit is 5. My tens and ones digits are both 0. All my digits add up to 9.  Who am I?  ____________________</w:t>
      </w:r>
    </w:p>
    <w:p>
      <w:pPr>
        <w:spacing w:after="160" w:before="0"/>
      </w:pPr>
      <w:r>
        <w:rPr>
          <w:b w:val="0"/>
          <w:i w:val="0"/>
          <w:sz w:val="22"/>
        </w:rPr>
        <w:t>Case 5.  In the number 3 6 2 8 4 1, circle the digit in the ten-thousands place, and write its value:  ____________________</w:t>
      </w:r>
    </w:p>
    <w:p>
      <w:pPr>
        <w:spacing w:after="120" w:before="0"/>
      </w:pPr>
      <w:r>
        <w:rPr>
          <w:b w:val="0"/>
          <w:i w:val="0"/>
          <w:sz w:val="22"/>
        </w:rPr>
        <w:t>Detective Challenge (Gr 6).  Write a number greater than one million but less than two million, then say the value of its millions digit:  __________________________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